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Feedback conversation planner</w:t>
      </w:r>
    </w:p>
    <w:p>
      <w:r>
        <w:rPr>
          <w:b w:val="0"/>
          <w:color w:val="555555"/>
          <w:sz w:val="22"/>
        </w:rPr>
        <w:t>Plan what to say in 5 minutes. Works for praise and for feedback on something to change.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Who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When and where I will say it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Private or in front of others?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1F6B47"/>
          <w:sz w:val="27"/>
        </w:rPr>
        <w:t>1. Situation: when and where did it happen?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2. Behavior: what did the person do, in words anyone who was there could confirm?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3. Impact: what changed because of it?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4. If something should change: what would you like to see next time?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5. A question to ask them</w:t>
      </w:r>
    </w:p>
    <w:p>
      <w:r>
        <w:rPr>
          <w:b w:val="0"/>
        </w:rPr>
        <w:t>For example: How did it look from your side? What would help next time?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Before you say it</w:t>
      </w:r>
    </w:p>
    <w:p>
      <w:r>
        <w:rPr>
          <w:sz w:val="24"/>
        </w:rPr>
        <w:t xml:space="preserve">☐  </w:t>
      </w:r>
      <w:r>
        <w:rPr>
          <w:b w:val="0"/>
        </w:rPr>
        <w:t>It describes what the person did, not what kind of person they are.</w:t>
      </w:r>
    </w:p>
    <w:p>
      <w:r>
        <w:rPr>
          <w:sz w:val="24"/>
        </w:rPr>
        <w:t xml:space="preserve">☐  </w:t>
      </w:r>
      <w:r>
        <w:rPr>
          <w:b w:val="0"/>
        </w:rPr>
        <w:t>It happened in the last few days.</w:t>
      </w:r>
    </w:p>
    <w:p>
      <w:r>
        <w:rPr>
          <w:sz w:val="24"/>
        </w:rPr>
        <w:t xml:space="preserve">☐  </w:t>
      </w:r>
      <w:r>
        <w:rPr>
          <w:b w:val="0"/>
        </w:rPr>
        <w:t>If it is praise, there is no "but" attached.</w:t>
      </w:r>
    </w:p>
    <w:p>
      <w:r>
        <w:rPr>
          <w:sz w:val="24"/>
        </w:rPr>
        <w:t xml:space="preserve">☐  </w:t>
      </w:r>
      <w:r>
        <w:rPr>
          <w:b w:val="0"/>
        </w:rPr>
        <w:t>It is short enough to say in under a minute.</w:t>
      </w:r>
    </w:p>
    <w:p>
      <w:pPr>
        <w:spacing w:before="240"/>
      </w:pPr>
      <w:r>
        <w:rPr>
          <w:b/>
          <w:color w:val="1F6B47"/>
          <w:sz w:val="27"/>
        </w:rPr>
        <w:t>After the conversation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they said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we agreed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When I will follow up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conversation planner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