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Peer feedback form</w:t>
      </w:r>
    </w:p>
    <w:p>
      <w:r>
        <w:rPr>
          <w:b w:val="0"/>
          <w:color w:val="555555"/>
          <w:sz w:val="22"/>
        </w:rPr>
        <w:t>For giving a colleague feedback they can use: what to keep doing and one thing to try.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About (name)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From (name, optional)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Project or period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1F6B47"/>
          <w:sz w:val="27"/>
        </w:rPr>
        <w:t>What should they keep doing?</w:t>
      </w:r>
    </w:p>
    <w:p>
      <w:r>
        <w:rPr>
          <w:b w:val="0"/>
        </w:rPr>
        <w:t>Give one specific example: what they did and what it changed.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What is one thing they could try?</w:t>
      </w:r>
    </w:p>
    <w:p>
      <w:r>
        <w:rPr>
          <w:b w:val="0"/>
        </w:rPr>
        <w:t>Describe what you would like to see, not what was wrong.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Anything else?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Describe what the person did, in words anyone who was there could confirm. Avoid labels such as "lazy" or "brilliant".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feedback form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