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6B47"/>
          <w:sz w:val="40"/>
        </w:rPr>
        <w:t>Performance review comments</w:t>
      </w:r>
    </w:p>
    <w:p>
      <w:r>
        <w:rPr>
          <w:b w:val="0"/>
          <w:color w:val="555555"/>
          <w:sz w:val="22"/>
        </w:rPr>
        <w:t>Fill in the [brackets] with facts from the review period.</w:t>
      </w:r>
    </w:p>
    <w:p>
      <w:pPr>
        <w:spacing w:before="240"/>
      </w:pPr>
      <w:r>
        <w:rPr>
          <w:b/>
          <w:color w:val="1F6B47"/>
          <w:sz w:val="27"/>
        </w:rPr>
        <w:t>Quality and results</w:t>
      </w:r>
    </w:p>
    <w:p>
      <w:r>
        <w:rPr>
          <w:b/>
        </w:rPr>
        <w:t>Strong results.</w:t>
      </w:r>
      <w:r>
        <w:rPr>
          <w:b w:val="0"/>
        </w:rPr>
        <w:t xml:space="preserve"> [Name] delivered [result] this year, which [effect on team or customer].</w:t>
      </w:r>
    </w:p>
    <w:p>
      <w:r>
        <w:rPr>
          <w:b/>
        </w:rPr>
        <w:t>Accuracy.</w:t>
      </w:r>
      <w:r>
        <w:rPr>
          <w:b w:val="0"/>
        </w:rPr>
        <w:t xml:space="preserve"> [Name]'s work is accurate. Over the year, the number of corrections needed on [type of work] has been very low.</w:t>
      </w:r>
    </w:p>
    <w:p>
      <w:r>
        <w:rPr>
          <w:b/>
        </w:rPr>
        <w:t>Meeting goals.</w:t>
      </w:r>
      <w:r>
        <w:rPr>
          <w:b w:val="0"/>
        </w:rPr>
        <w:t xml:space="preserve"> [Name] met all 3 goals set at the start of the year. The most significant was [goal].</w:t>
      </w:r>
    </w:p>
    <w:p>
      <w:r>
        <w:rPr>
          <w:b/>
        </w:rPr>
        <w:t>Standards.</w:t>
      </w:r>
      <w:r>
        <w:rPr>
          <w:b w:val="0"/>
        </w:rPr>
        <w:t xml:space="preserve"> [Name] consistently meets the standard for [task] and is often asked to check others' work.</w:t>
      </w:r>
    </w:p>
    <w:p>
      <w:r>
        <w:rPr>
          <w:b/>
        </w:rPr>
        <w:t>Going beyond.</w:t>
      </w:r>
      <w:r>
        <w:rPr>
          <w:b w:val="0"/>
        </w:rPr>
        <w:t xml:space="preserve"> [Name] delivered more than was asked for on [project], including [addition], which the client valued.</w:t>
      </w:r>
    </w:p>
    <w:p>
      <w:pPr>
        <w:spacing w:before="240"/>
      </w:pPr>
      <w:r>
        <w:rPr>
          <w:b/>
          <w:color w:val="1F6B47"/>
          <w:sz w:val="27"/>
        </w:rPr>
        <w:t>Teamwork</w:t>
      </w:r>
    </w:p>
    <w:p>
      <w:r>
        <w:rPr>
          <w:b/>
        </w:rPr>
        <w:t>Collaboration.</w:t>
      </w:r>
      <w:r>
        <w:rPr>
          <w:b w:val="0"/>
        </w:rPr>
        <w:t xml:space="preserve"> [Name] works well with colleagues across the team and often helps others without being asked.</w:t>
      </w:r>
    </w:p>
    <w:p>
      <w:r>
        <w:rPr>
          <w:b/>
        </w:rPr>
        <w:t>Supporting others.</w:t>
      </w:r>
      <w:r>
        <w:rPr>
          <w:b w:val="0"/>
        </w:rPr>
        <w:t xml:space="preserve"> [Name] helped [colleague] learn [task], which improved the whole team's output.</w:t>
      </w:r>
    </w:p>
    <w:p>
      <w:r>
        <w:rPr>
          <w:b/>
        </w:rPr>
        <w:t>Respect.</w:t>
      </w:r>
      <w:r>
        <w:rPr>
          <w:b w:val="0"/>
        </w:rPr>
        <w:t xml:space="preserve"> [Name] treats colleagues with respect and listens to different views.</w:t>
      </w:r>
    </w:p>
    <w:p>
      <w:r>
        <w:rPr>
          <w:b/>
        </w:rPr>
        <w:t>Across teams.</w:t>
      </w:r>
      <w:r>
        <w:rPr>
          <w:b w:val="0"/>
        </w:rPr>
        <w:t xml:space="preserve"> [Name] built a good working relationship with [other team], and requests between us are now easier.</w:t>
      </w:r>
    </w:p>
    <w:p>
      <w:r>
        <w:rPr>
          <w:b/>
        </w:rPr>
        <w:t>Sharing knowledge.</w:t>
      </w:r>
      <w:r>
        <w:rPr>
          <w:b w:val="0"/>
        </w:rPr>
        <w:t xml:space="preserve"> [Name] shares what they learn, for example by [action].</w:t>
      </w:r>
    </w:p>
    <w:p>
      <w:pPr>
        <w:spacing w:before="240"/>
      </w:pPr>
      <w:r>
        <w:rPr>
          <w:b/>
          <w:color w:val="1F6B47"/>
          <w:sz w:val="27"/>
        </w:rPr>
        <w:t>Communication</w:t>
      </w:r>
    </w:p>
    <w:p>
      <w:r>
        <w:rPr>
          <w:b/>
        </w:rPr>
        <w:t>Clarity.</w:t>
      </w:r>
      <w:r>
        <w:rPr>
          <w:b w:val="0"/>
        </w:rPr>
        <w:t xml:space="preserve"> [Name] communicates clearly in writing and in meetings. Their updates on [project] are short and easy to act on.</w:t>
      </w:r>
    </w:p>
    <w:p>
      <w:r>
        <w:rPr>
          <w:b/>
        </w:rPr>
        <w:t>Listening.</w:t>
      </w:r>
      <w:r>
        <w:rPr>
          <w:b w:val="0"/>
        </w:rPr>
        <w:t xml:space="preserve"> [Name] listens carefully and asks questions before giving a view.</w:t>
      </w:r>
    </w:p>
    <w:p>
      <w:r>
        <w:rPr>
          <w:b/>
        </w:rPr>
        <w:t>Presenting.</w:t>
      </w:r>
      <w:r>
        <w:rPr>
          <w:b w:val="0"/>
        </w:rPr>
        <w:t xml:space="preserve"> [Name]'s presentation to [audience] was clear and well prepared.</w:t>
      </w:r>
    </w:p>
    <w:p>
      <w:r>
        <w:rPr>
          <w:b/>
        </w:rPr>
        <w:t>Raising issues.</w:t>
      </w:r>
      <w:r>
        <w:rPr>
          <w:b w:val="0"/>
        </w:rPr>
        <w:t xml:space="preserve"> [Name] raises problems early and suggests how to solve them.</w:t>
      </w:r>
    </w:p>
    <w:p>
      <w:r>
        <w:rPr>
          <w:b/>
        </w:rPr>
        <w:t>With customers.</w:t>
      </w:r>
      <w:r>
        <w:rPr>
          <w:b w:val="0"/>
        </w:rPr>
        <w:t xml:space="preserve"> [Name] explains things clearly to customers, and the feedback they receive reflects it.</w:t>
      </w:r>
    </w:p>
    <w:p>
      <w:pPr>
        <w:spacing w:before="240"/>
      </w:pPr>
      <w:r>
        <w:rPr>
          <w:b/>
          <w:color w:val="1F6B47"/>
          <w:sz w:val="27"/>
        </w:rPr>
        <w:t>Initiative and growth</w:t>
      </w:r>
    </w:p>
    <w:p>
      <w:r>
        <w:rPr>
          <w:b/>
        </w:rPr>
        <w:t>Taking initiative.</w:t>
      </w:r>
      <w:r>
        <w:rPr>
          <w:b w:val="0"/>
        </w:rPr>
        <w:t xml:space="preserve"> [Name] identified [problem] and proposed [solution] without being asked.</w:t>
      </w:r>
    </w:p>
    <w:p>
      <w:r>
        <w:rPr>
          <w:b/>
        </w:rPr>
        <w:t>Learning.</w:t>
      </w:r>
      <w:r>
        <w:rPr>
          <w:b w:val="0"/>
        </w:rPr>
        <w:t xml:space="preserve"> [Name] has developed [skill] this year and now uses it to [task].</w:t>
      </w:r>
    </w:p>
    <w:p>
      <w:r>
        <w:rPr>
          <w:b/>
        </w:rPr>
        <w:t>Taking feedback.</w:t>
      </w:r>
      <w:r>
        <w:rPr>
          <w:b w:val="0"/>
        </w:rPr>
        <w:t xml:space="preserve"> [Name] takes feedback well and applies it quickly. After [feedback], the next [piece of work] improved clearly.</w:t>
      </w:r>
    </w:p>
    <w:p>
      <w:r>
        <w:rPr>
          <w:b/>
        </w:rPr>
        <w:t>Taking on more.</w:t>
      </w:r>
      <w:r>
        <w:rPr>
          <w:b w:val="0"/>
        </w:rPr>
        <w:t xml:space="preserve"> [Name] took on [additional responsibility] and handled it well.</w:t>
      </w:r>
    </w:p>
    <w:p>
      <w:r>
        <w:rPr>
          <w:b/>
        </w:rPr>
        <w:t>Improvement.</w:t>
      </w:r>
      <w:r>
        <w:rPr>
          <w:b w:val="0"/>
        </w:rPr>
        <w:t xml:space="preserve"> [Name] improved [process], which saved [time or effort].</w:t>
      </w:r>
    </w:p>
    <w:p>
      <w:pPr>
        <w:spacing w:before="240"/>
      </w:pPr>
      <w:r>
        <w:rPr>
          <w:b/>
          <w:color w:val="1F6B47"/>
          <w:sz w:val="27"/>
        </w:rPr>
        <w:t>Reliability and ownership</w:t>
      </w:r>
    </w:p>
    <w:p>
      <w:r>
        <w:rPr>
          <w:b/>
        </w:rPr>
        <w:t>Dependable.</w:t>
      </w:r>
      <w:r>
        <w:rPr>
          <w:b w:val="0"/>
        </w:rPr>
        <w:t xml:space="preserve"> [Name] can be relied on to deliver. They met all deadlines this year, including during [busy period].</w:t>
      </w:r>
    </w:p>
    <w:p>
      <w:r>
        <w:rPr>
          <w:b/>
        </w:rPr>
        <w:t>Ownership.</w:t>
      </w:r>
      <w:r>
        <w:rPr>
          <w:b w:val="0"/>
        </w:rPr>
        <w:t xml:space="preserve"> [Name] takes ownership of their work and follows it through.</w:t>
      </w:r>
    </w:p>
    <w:p>
      <w:r>
        <w:rPr>
          <w:b/>
        </w:rPr>
        <w:t>Under pressure.</w:t>
      </w:r>
      <w:r>
        <w:rPr>
          <w:b w:val="0"/>
        </w:rPr>
        <w:t xml:space="preserve"> [Name] stays steady under pressure. During [event], they stayed calm and kept the team informed.</w:t>
      </w:r>
    </w:p>
    <w:p>
      <w:r>
        <w:rPr>
          <w:b/>
        </w:rPr>
        <w:t>Following through.</w:t>
      </w:r>
      <w:r>
        <w:rPr>
          <w:b w:val="0"/>
        </w:rPr>
        <w:t xml:space="preserve"> [Name] does what they say they will do.</w:t>
      </w:r>
    </w:p>
    <w:p>
      <w:r>
        <w:rPr>
          <w:b/>
        </w:rPr>
        <w:t>Attendance and time.</w:t>
      </w:r>
      <w:r>
        <w:rPr>
          <w:b w:val="0"/>
        </w:rPr>
        <w:t xml:space="preserve"> [Name] manages their time well and is rarely late with work.</w:t>
      </w:r>
    </w:p>
    <w:p>
      <w:pPr>
        <w:spacing w:before="240"/>
      </w:pPr>
      <w:r>
        <w:rPr>
          <w:b/>
          <w:color w:val="1F6B47"/>
          <w:sz w:val="27"/>
        </w:rPr>
        <w:t>Areas to develop</w:t>
      </w:r>
    </w:p>
    <w:p>
      <w:r>
        <w:rPr>
          <w:b/>
        </w:rPr>
        <w:t>Delegating.</w:t>
      </w:r>
      <w:r>
        <w:rPr>
          <w:b w:val="0"/>
        </w:rPr>
        <w:t xml:space="preserve"> [Name] would benefit from delegating more. In the next year, try passing [task] to [person] and checking in weekly.</w:t>
      </w:r>
    </w:p>
    <w:p>
      <w:r>
        <w:rPr>
          <w:b/>
        </w:rPr>
        <w:t>Speaking up.</w:t>
      </w:r>
      <w:r>
        <w:rPr>
          <w:b w:val="0"/>
        </w:rPr>
        <w:t xml:space="preserve"> [Name] has good ideas and could share them more in meetings. A first step is to prepare 1 point before each meeting.</w:t>
      </w:r>
    </w:p>
    <w:p>
      <w:r>
        <w:rPr>
          <w:b/>
        </w:rPr>
        <w:t>Prioritizing.</w:t>
      </w:r>
      <w:r>
        <w:rPr>
          <w:b w:val="0"/>
        </w:rPr>
        <w:t xml:space="preserve"> [Name] sometimes finds it hard to choose between tasks. We will agree a weekly top 3 in our one-to-ones.</w:t>
      </w:r>
    </w:p>
    <w:p>
      <w:r>
        <w:rPr>
          <w:b/>
        </w:rPr>
        <w:t>Detail.</w:t>
      </w:r>
      <w:r>
        <w:rPr>
          <w:b w:val="0"/>
        </w:rPr>
        <w:t xml:space="preserve"> [Name] could check work more before sending. A short checklist for [task] would help.</w:t>
      </w:r>
    </w:p>
    <w:p>
      <w:r>
        <w:rPr>
          <w:b/>
        </w:rPr>
        <w:t>Asking for help.</w:t>
      </w:r>
      <w:r>
        <w:rPr>
          <w:b w:val="0"/>
        </w:rPr>
        <w:t xml:space="preserve"> [Name] may wait too long before asking for help. We agreed they will ask after 30 minutes of being stuck.</w:t>
      </w:r>
    </w:p>
    <w:p>
      <w:pPr>
        <w:spacing w:before="280"/>
      </w:pPr>
      <w:r>
        <w:rPr>
          <w:b w:val="0"/>
          <w:color w:val="666666"/>
          <w:sz w:val="18"/>
        </w:rPr>
        <w:t>More free templates and examples: positivefeedbackexamples.com/free-downloads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66666"/>
        <w:sz w:val="16"/>
      </w:rPr>
      <w:t>Free template from positivefeedbackexamples.com/free-downloads · Published by thrive at work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review comments</dc:title>
  <dc:subject/>
  <dc:creator>thrive at work</dc:creator>
  <cp:keywords/>
  <dc:description>Free template from positivefeedbackexamples.com/free-downloads · Published by thrive at work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