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6B47"/>
          <w:sz w:val="40"/>
        </w:rPr>
        <w:t>Positive feedback examples</w:t>
      </w:r>
    </w:p>
    <w:p>
      <w:r>
        <w:rPr>
          <w:b w:val="0"/>
          <w:color w:val="555555"/>
          <w:sz w:val="22"/>
        </w:rPr>
        <w:t>Fill in the [brackets] with what the person did and what it changed.</w:t>
      </w:r>
    </w:p>
    <w:p>
      <w:pPr>
        <w:spacing w:before="240"/>
      </w:pPr>
      <w:r>
        <w:rPr>
          <w:b/>
          <w:color w:val="1F6B47"/>
          <w:sz w:val="27"/>
        </w:rPr>
        <w:t>Positive feedback examples: Teamwork</w:t>
      </w:r>
    </w:p>
    <w:p>
      <w:r>
        <w:rPr>
          <w:b/>
        </w:rPr>
        <w:t>Helping.</w:t>
      </w:r>
      <w:r>
        <w:rPr>
          <w:b w:val="0"/>
        </w:rPr>
        <w:t xml:space="preserve"> Thank you, [name], for stepping in on [project] when we were short. It meant we met the deadline.</w:t>
      </w:r>
    </w:p>
    <w:p>
      <w:r>
        <w:rPr>
          <w:b/>
        </w:rPr>
        <w:t>Sharing credit.</w:t>
      </w:r>
      <w:r>
        <w:rPr>
          <w:b w:val="0"/>
        </w:rPr>
        <w:t xml:space="preserve"> [Name] made sure the whole team was named in the presentation. People noticed, and it made everyone want to help on the next one.</w:t>
      </w:r>
    </w:p>
    <w:p>
      <w:r>
        <w:rPr>
          <w:b/>
        </w:rPr>
        <w:t>Collaboration.</w:t>
      </w:r>
      <w:r>
        <w:rPr>
          <w:b w:val="0"/>
        </w:rPr>
        <w:t xml:space="preserve"> Working with you on [task] was easy. You asked for views before deciding, and the result was better because of it.</w:t>
      </w:r>
    </w:p>
    <w:p>
      <w:r>
        <w:rPr>
          <w:b/>
        </w:rPr>
        <w:t>Supporting others.</w:t>
      </w:r>
      <w:r>
        <w:rPr>
          <w:b w:val="0"/>
        </w:rPr>
        <w:t xml:space="preserve"> You noticed [name] was struggling with the new system and sat down to show them. That kind of help is easy to miss and it matters.</w:t>
      </w:r>
    </w:p>
    <w:p>
      <w:r>
        <w:rPr>
          <w:b/>
        </w:rPr>
        <w:t>Reliability in a team.</w:t>
      </w:r>
      <w:r>
        <w:rPr>
          <w:b w:val="0"/>
        </w:rPr>
        <w:t xml:space="preserve"> I knew your part of [project] would be done and right. That let the rest of us focus on ours.</w:t>
      </w:r>
    </w:p>
    <w:p>
      <w:r>
        <w:rPr>
          <w:b/>
        </w:rPr>
        <w:t>Bringing people together.</w:t>
      </w:r>
      <w:r>
        <w:rPr>
          <w:b w:val="0"/>
        </w:rPr>
        <w:t xml:space="preserve"> Thank you for setting up the call between sales and support. The 2 teams now understand each other's work.</w:t>
      </w:r>
    </w:p>
    <w:p>
      <w:pPr>
        <w:spacing w:before="240"/>
      </w:pPr>
      <w:r>
        <w:rPr>
          <w:b/>
          <w:color w:val="1F6B47"/>
          <w:sz w:val="27"/>
        </w:rPr>
        <w:t>Positive feedback examples: Communication</w:t>
      </w:r>
    </w:p>
    <w:p>
      <w:r>
        <w:rPr>
          <w:b/>
        </w:rPr>
        <w:t>Clear updates.</w:t>
      </w:r>
      <w:r>
        <w:rPr>
          <w:b w:val="0"/>
        </w:rPr>
        <w:t xml:space="preserve"> Your weekly update on [project] is the one I read first. It says what changed, what is next, and what you need from us.</w:t>
      </w:r>
    </w:p>
    <w:p>
      <w:r>
        <w:rPr>
          <w:b/>
        </w:rPr>
        <w:t>Listening.</w:t>
      </w:r>
      <w:r>
        <w:rPr>
          <w:b w:val="0"/>
        </w:rPr>
        <w:t xml:space="preserve"> In the meeting, you listened to [name]'s concern before replying. They left knowing they had been heard.</w:t>
      </w:r>
    </w:p>
    <w:p>
      <w:r>
        <w:rPr>
          <w:b/>
        </w:rPr>
        <w:t>Explaining.</w:t>
      </w:r>
      <w:r>
        <w:rPr>
          <w:b w:val="0"/>
        </w:rPr>
        <w:t xml:space="preserve"> You explained the budget to the new team members using everyday words. They said afterwards that they finally understood it.</w:t>
      </w:r>
    </w:p>
    <w:p>
      <w:r>
        <w:rPr>
          <w:b/>
        </w:rPr>
        <w:t>Presenting.</w:t>
      </w:r>
      <w:r>
        <w:rPr>
          <w:b w:val="0"/>
        </w:rPr>
        <w:t xml:space="preserve"> Your presentation on [topic] was clear and short. The 3 slides at the start told us what to decide.</w:t>
      </w:r>
    </w:p>
    <w:p>
      <w:r>
        <w:rPr>
          <w:b/>
        </w:rPr>
        <w:t>Writing.</w:t>
      </w:r>
      <w:r>
        <w:rPr>
          <w:b w:val="0"/>
        </w:rPr>
        <w:t xml:space="preserve"> The report you wrote on [topic] was easy to follow. I could use it straight away.</w:t>
      </w:r>
    </w:p>
    <w:p>
      <w:r>
        <w:rPr>
          <w:b/>
        </w:rPr>
        <w:t>Raising a problem early.</w:t>
      </w:r>
      <w:r>
        <w:rPr>
          <w:b w:val="0"/>
        </w:rPr>
        <w:t xml:space="preserve"> Thank you for telling us about the delay on Monday rather than Friday. It gave us time to adjust.</w:t>
      </w:r>
    </w:p>
    <w:p>
      <w:pPr>
        <w:spacing w:before="240"/>
      </w:pPr>
      <w:r>
        <w:rPr>
          <w:b/>
          <w:color w:val="1F6B47"/>
          <w:sz w:val="27"/>
        </w:rPr>
        <w:t>Positive feedback examples: Problem-solving</w:t>
      </w:r>
    </w:p>
    <w:p>
      <w:r>
        <w:rPr>
          <w:b/>
        </w:rPr>
        <w:t>Finding the cause.</w:t>
      </w:r>
      <w:r>
        <w:rPr>
          <w:b w:val="0"/>
        </w:rPr>
        <w:t xml:space="preserve"> You found the cause of the [problem] by checking each step in turn. It has not happened since.</w:t>
      </w:r>
    </w:p>
    <w:p>
      <w:r>
        <w:rPr>
          <w:b/>
        </w:rPr>
        <w:t>Staying calm.</w:t>
      </w:r>
      <w:r>
        <w:rPr>
          <w:b w:val="0"/>
        </w:rPr>
        <w:t xml:space="preserve"> When the system went down, you stayed calm and told us what to do next. It stopped the panic.</w:t>
      </w:r>
    </w:p>
    <w:p>
      <w:r>
        <w:rPr>
          <w:b/>
        </w:rPr>
        <w:t>A better way.</w:t>
      </w:r>
      <w:r>
        <w:rPr>
          <w:b w:val="0"/>
        </w:rPr>
        <w:t xml:space="preserve"> The new template you made saves each of us about [X] minutes a day. Thank you.</w:t>
      </w:r>
    </w:p>
    <w:p>
      <w:r>
        <w:rPr>
          <w:b/>
        </w:rPr>
        <w:t>Asking good questions.</w:t>
      </w:r>
      <w:r>
        <w:rPr>
          <w:b w:val="0"/>
        </w:rPr>
        <w:t xml:space="preserve"> Your question in the meeting, "What happens if the supplier is late?", led us to a plan we had not thought of.</w:t>
      </w:r>
    </w:p>
    <w:p>
      <w:r>
        <w:rPr>
          <w:b/>
        </w:rPr>
        <w:t>Fixing quickly.</w:t>
      </w:r>
      <w:r>
        <w:rPr>
          <w:b w:val="0"/>
        </w:rPr>
        <w:t xml:space="preserve"> You fixed the [issue] within an hour of it being reported. The customer was pleased.</w:t>
      </w:r>
    </w:p>
    <w:p>
      <w:r>
        <w:rPr>
          <w:b/>
        </w:rPr>
        <w:t>Thinking ahead.</w:t>
      </w:r>
      <w:r>
        <w:rPr>
          <w:b w:val="0"/>
        </w:rPr>
        <w:t xml:space="preserve"> You spotted that the deadline clashed with the holiday and raised it a month ahead. That saved us a difficult week.</w:t>
      </w:r>
    </w:p>
    <w:p>
      <w:pPr>
        <w:spacing w:before="240"/>
      </w:pPr>
      <w:r>
        <w:rPr>
          <w:b/>
          <w:color w:val="1F6B47"/>
          <w:sz w:val="27"/>
        </w:rPr>
        <w:t>Positive feedback examples: Leadership</w:t>
      </w:r>
    </w:p>
    <w:p>
      <w:r>
        <w:rPr>
          <w:b/>
        </w:rPr>
        <w:t>Setting direction.</w:t>
      </w:r>
      <w:r>
        <w:rPr>
          <w:b w:val="0"/>
        </w:rPr>
        <w:t xml:space="preserve"> You made the priorities for the quarter clear. I always know what to work on first.</w:t>
      </w:r>
    </w:p>
    <w:p>
      <w:r>
        <w:rPr>
          <w:b/>
        </w:rPr>
        <w:t>Developing others.</w:t>
      </w:r>
      <w:r>
        <w:rPr>
          <w:b w:val="0"/>
        </w:rPr>
        <w:t xml:space="preserve"> You gave [name] the chance to lead the meeting and stayed available if they needed help. They grew in confidence.</w:t>
      </w:r>
    </w:p>
    <w:p>
      <w:r>
        <w:rPr>
          <w:b/>
        </w:rPr>
        <w:t>Making decisions.</w:t>
      </w:r>
      <w:r>
        <w:rPr>
          <w:b w:val="0"/>
        </w:rPr>
        <w:t xml:space="preserve"> You decided quickly on [issue] and explained why. It allowed us to move on.</w:t>
      </w:r>
    </w:p>
    <w:p>
      <w:r>
        <w:rPr>
          <w:b/>
        </w:rPr>
        <w:t>Taking responsibility.</w:t>
      </w:r>
      <w:r>
        <w:rPr>
          <w:b w:val="0"/>
        </w:rPr>
        <w:t xml:space="preserve"> When the launch went wrong, you took responsibility and told us what we would do next. It made the team trust you more.</w:t>
      </w:r>
    </w:p>
    <w:p>
      <w:r>
        <w:rPr>
          <w:b/>
        </w:rPr>
        <w:t>Fairness.</w:t>
      </w:r>
      <w:r>
        <w:rPr>
          <w:b w:val="0"/>
        </w:rPr>
        <w:t xml:space="preserve"> You made sure everyone had the chance to speak. Quiet voices were heard.</w:t>
      </w:r>
    </w:p>
    <w:p>
      <w:r>
        <w:rPr>
          <w:b/>
        </w:rPr>
        <w:t>Supporting the team.</w:t>
      </w:r>
      <w:r>
        <w:rPr>
          <w:b w:val="0"/>
        </w:rPr>
        <w:t xml:space="preserve"> You protected the team's time during the busy period by saying no to some requests. We noticed.</w:t>
      </w:r>
    </w:p>
    <w:p>
      <w:pPr>
        <w:spacing w:before="240"/>
      </w:pPr>
      <w:r>
        <w:rPr>
          <w:b/>
          <w:color w:val="1F6B47"/>
          <w:sz w:val="27"/>
        </w:rPr>
        <w:t>Positive feedback examples: Initiative</w:t>
      </w:r>
    </w:p>
    <w:p>
      <w:r>
        <w:rPr>
          <w:b/>
        </w:rPr>
        <w:t>Taking on more.</w:t>
      </w:r>
      <w:r>
        <w:rPr>
          <w:b w:val="0"/>
        </w:rPr>
        <w:t xml:space="preserve"> Thank you for volunteering to lead [project]. You were not asked, and it needed doing.</w:t>
      </w:r>
    </w:p>
    <w:p>
      <w:r>
        <w:rPr>
          <w:b/>
        </w:rPr>
        <w:t>Spotting a need.</w:t>
      </w:r>
      <w:r>
        <w:rPr>
          <w:b w:val="0"/>
        </w:rPr>
        <w:t xml:space="preserve"> You noticed customers kept asking about [topic] and wrote an answer. We now send it every time.</w:t>
      </w:r>
    </w:p>
    <w:p>
      <w:r>
        <w:rPr>
          <w:b/>
        </w:rPr>
        <w:t>Improving a process.</w:t>
      </w:r>
      <w:r>
        <w:rPr>
          <w:b w:val="0"/>
        </w:rPr>
        <w:t xml:space="preserve"> You changed how we handle [task]. The queue is shorter and people are less stressed.</w:t>
      </w:r>
    </w:p>
    <w:p>
      <w:r>
        <w:rPr>
          <w:b/>
        </w:rPr>
        <w:t>Learning something new.</w:t>
      </w:r>
      <w:r>
        <w:rPr>
          <w:b w:val="0"/>
        </w:rPr>
        <w:t xml:space="preserve"> You learned [tool] in your own time and taught it to the team. It has made our work faster.</w:t>
      </w:r>
    </w:p>
    <w:p>
      <w:r>
        <w:rPr>
          <w:b/>
        </w:rPr>
        <w:t>Starting something.</w:t>
      </w:r>
      <w:r>
        <w:rPr>
          <w:b w:val="0"/>
        </w:rPr>
        <w:t xml:space="preserve"> Starting the weekly team catch-up was a good idea. People look forward to it.</w:t>
      </w:r>
    </w:p>
    <w:p>
      <w:r>
        <w:rPr>
          <w:b/>
        </w:rPr>
        <w:t>Following through.</w:t>
      </w:r>
      <w:r>
        <w:rPr>
          <w:b w:val="0"/>
        </w:rPr>
        <w:t xml:space="preserve"> You said you would find out about [issue] and came back with the answer the next day.</w:t>
      </w:r>
    </w:p>
    <w:p>
      <w:pPr>
        <w:spacing w:before="240"/>
      </w:pPr>
      <w:r>
        <w:rPr>
          <w:b/>
          <w:color w:val="1F6B47"/>
          <w:sz w:val="27"/>
        </w:rPr>
        <w:t>Positive feedback examples: Quality of work</w:t>
      </w:r>
    </w:p>
    <w:p>
      <w:r>
        <w:rPr>
          <w:b/>
        </w:rPr>
        <w:t>Attention to detail.</w:t>
      </w:r>
      <w:r>
        <w:rPr>
          <w:b w:val="0"/>
        </w:rPr>
        <w:t xml:space="preserve"> Your checks on the figures found 2 errors before they went to the client. Thank you.</w:t>
      </w:r>
    </w:p>
    <w:p>
      <w:r>
        <w:rPr>
          <w:b/>
        </w:rPr>
        <w:t>Consistency.</w:t>
      </w:r>
      <w:r>
        <w:rPr>
          <w:b w:val="0"/>
        </w:rPr>
        <w:t xml:space="preserve"> Your work is always accurate. I never need to check it twice.</w:t>
      </w:r>
    </w:p>
    <w:p>
      <w:r>
        <w:rPr>
          <w:b/>
        </w:rPr>
        <w:t>Going further.</w:t>
      </w:r>
      <w:r>
        <w:rPr>
          <w:b w:val="0"/>
        </w:rPr>
        <w:t xml:space="preserve"> The extra analysis you added to the report answered the question the client asked in the meeting.</w:t>
      </w:r>
    </w:p>
    <w:p>
      <w:r>
        <w:rPr>
          <w:b/>
        </w:rPr>
        <w:t>Presentation.</w:t>
      </w:r>
      <w:r>
        <w:rPr>
          <w:b w:val="0"/>
        </w:rPr>
        <w:t xml:space="preserve"> The way you laid out the document made it easy to read and use.</w:t>
      </w:r>
    </w:p>
    <w:p>
      <w:r>
        <w:rPr>
          <w:b/>
        </w:rPr>
        <w:t>Meeting standards.</w:t>
      </w:r>
      <w:r>
        <w:rPr>
          <w:b w:val="0"/>
        </w:rPr>
        <w:t xml:space="preserve"> You have met the quality standard every month this year. It is a lot of work, and it shows.</w:t>
      </w:r>
    </w:p>
    <w:p>
      <w:r>
        <w:rPr>
          <w:b/>
        </w:rPr>
        <w:t>Pride in work.</w:t>
      </w:r>
      <w:r>
        <w:rPr>
          <w:b w:val="0"/>
        </w:rPr>
        <w:t xml:space="preserve"> The [project] you delivered is something the whole team can be proud of.</w:t>
      </w:r>
    </w:p>
    <w:p>
      <w:pPr>
        <w:spacing w:before="240"/>
      </w:pPr>
      <w:r>
        <w:rPr>
          <w:b/>
          <w:color w:val="1F6B47"/>
          <w:sz w:val="27"/>
        </w:rPr>
        <w:t>Positive feedback examples: Customer service</w:t>
      </w:r>
    </w:p>
    <w:p>
      <w:r>
        <w:rPr>
          <w:b/>
        </w:rPr>
        <w:t>Patience.</w:t>
      </w:r>
      <w:r>
        <w:rPr>
          <w:b w:val="0"/>
        </w:rPr>
        <w:t xml:space="preserve"> You stayed with the customer for 40 minutes until the problem was fixed. They wrote to say thank you.</w:t>
      </w:r>
    </w:p>
    <w:p>
      <w:r>
        <w:rPr>
          <w:b/>
        </w:rPr>
        <w:t>Going further.</w:t>
      </w:r>
      <w:r>
        <w:rPr>
          <w:b w:val="0"/>
        </w:rPr>
        <w:t xml:space="preserve"> You called the customer back on your day off to tell them their order had arrived. That is service people remember.</w:t>
      </w:r>
    </w:p>
    <w:p>
      <w:r>
        <w:rPr>
          <w:b/>
        </w:rPr>
        <w:t>Explaining clearly.</w:t>
      </w:r>
      <w:r>
        <w:rPr>
          <w:b w:val="0"/>
        </w:rPr>
        <w:t xml:space="preserve"> You explained the fault in everyday words. The customer said it was the first time anyone had.</w:t>
      </w:r>
    </w:p>
    <w:p>
      <w:r>
        <w:rPr>
          <w:b/>
        </w:rPr>
        <w:t>Handling a complaint.</w:t>
      </w:r>
      <w:r>
        <w:rPr>
          <w:b w:val="0"/>
        </w:rPr>
        <w:t xml:space="preserve"> You listened to the complaint without interrupting, then offered a fix. The customer left satisfied.</w:t>
      </w:r>
    </w:p>
    <w:p>
      <w:r>
        <w:rPr>
          <w:b/>
        </w:rPr>
        <w:t>Remembering people.</w:t>
      </w:r>
      <w:r>
        <w:rPr>
          <w:b w:val="0"/>
        </w:rPr>
        <w:t xml:space="preserve"> You remembered the customer's name and what they had asked last time. They noticed.</w:t>
      </w:r>
    </w:p>
    <w:p>
      <w:r>
        <w:rPr>
          <w:b/>
        </w:rPr>
        <w:t>Team service.</w:t>
      </w:r>
      <w:r>
        <w:rPr>
          <w:b w:val="0"/>
        </w:rPr>
        <w:t xml:space="preserve"> The support you give to other teams is as good as the support you give customers.</w:t>
      </w:r>
    </w:p>
    <w:p>
      <w:pPr>
        <w:spacing w:before="240"/>
      </w:pPr>
      <w:r>
        <w:rPr>
          <w:b/>
          <w:color w:val="1F6B47"/>
          <w:sz w:val="27"/>
        </w:rPr>
        <w:t>Positive feedback examples: Reliability</w:t>
      </w:r>
    </w:p>
    <w:p>
      <w:r>
        <w:rPr>
          <w:b/>
        </w:rPr>
        <w:t>Meeting deadlines.</w:t>
      </w:r>
      <w:r>
        <w:rPr>
          <w:b w:val="0"/>
        </w:rPr>
        <w:t xml:space="preserve"> You have delivered on time every week this quarter. It makes planning easier for everyone.</w:t>
      </w:r>
    </w:p>
    <w:p>
      <w:r>
        <w:rPr>
          <w:b/>
        </w:rPr>
        <w:t>Being there.</w:t>
      </w:r>
      <w:r>
        <w:rPr>
          <w:b w:val="0"/>
        </w:rPr>
        <w:t xml:space="preserve"> When we needed someone on short notice, you were ready. Thank you.</w:t>
      </w:r>
    </w:p>
    <w:p>
      <w:r>
        <w:rPr>
          <w:b/>
        </w:rPr>
        <w:t>Doing what you say.</w:t>
      </w:r>
      <w:r>
        <w:rPr>
          <w:b w:val="0"/>
        </w:rPr>
        <w:t xml:space="preserve"> You do what you say you will do. That is rarer than it should be.</w:t>
      </w:r>
    </w:p>
    <w:p>
      <w:r>
        <w:rPr>
          <w:b/>
        </w:rPr>
        <w:t>Handling pressure.</w:t>
      </w:r>
      <w:r>
        <w:rPr>
          <w:b w:val="0"/>
        </w:rPr>
        <w:t xml:space="preserve"> Through the busiest weeks, your work stayed steady.</w:t>
      </w:r>
    </w:p>
    <w:p>
      <w:r>
        <w:rPr>
          <w:b/>
        </w:rPr>
        <w:t>Taking ownership.</w:t>
      </w:r>
      <w:r>
        <w:rPr>
          <w:b w:val="0"/>
        </w:rPr>
        <w:t xml:space="preserve"> You treat the project as your own, and it shows in the care you take.</w:t>
      </w:r>
    </w:p>
    <w:p>
      <w:r>
        <w:rPr>
          <w:b/>
        </w:rPr>
        <w:t>Following the process.</w:t>
      </w:r>
      <w:r>
        <w:rPr>
          <w:b w:val="0"/>
        </w:rPr>
        <w:t xml:space="preserve"> You always follow the checklist. It has meant no safety issues in your area this year.</w:t>
      </w:r>
    </w:p>
    <w:p>
      <w:pPr>
        <w:spacing w:before="240"/>
      </w:pPr>
      <w:r>
        <w:rPr>
          <w:b/>
          <w:color w:val="1F6B47"/>
          <w:sz w:val="27"/>
        </w:rPr>
        <w:t>Positive feedback examples: Learning and growth</w:t>
      </w:r>
    </w:p>
    <w:p>
      <w:r>
        <w:rPr>
          <w:b/>
        </w:rPr>
        <w:t>Taking feedback.</w:t>
      </w:r>
      <w:r>
        <w:rPr>
          <w:b w:val="0"/>
        </w:rPr>
        <w:t xml:space="preserve"> When I suggested changes to your draft, you used them straight away. The next version was much stronger.</w:t>
      </w:r>
    </w:p>
    <w:p>
      <w:r>
        <w:rPr>
          <w:b/>
        </w:rPr>
        <w:t>Progress.</w:t>
      </w:r>
      <w:r>
        <w:rPr>
          <w:b w:val="0"/>
        </w:rPr>
        <w:t xml:space="preserve"> Your presentations have improved a great deal since the start of the year. Your last one was your best.</w:t>
      </w:r>
    </w:p>
    <w:p>
      <w:r>
        <w:rPr>
          <w:b/>
        </w:rPr>
        <w:t>Asking for help.</w:t>
      </w:r>
      <w:r>
        <w:rPr>
          <w:b w:val="0"/>
        </w:rPr>
        <w:t xml:space="preserve"> You asked for help early rather than late. That is a good habit.</w:t>
      </w:r>
    </w:p>
    <w:p>
      <w:r>
        <w:rPr>
          <w:b/>
        </w:rPr>
        <w:t>Sharing what you learn.</w:t>
      </w:r>
      <w:r>
        <w:rPr>
          <w:b w:val="0"/>
        </w:rPr>
        <w:t xml:space="preserve"> Thank you for sharing what you learned at the course. The team now does [task] a better way.</w:t>
      </w:r>
    </w:p>
    <w:p>
      <w:r>
        <w:rPr>
          <w:b/>
        </w:rPr>
        <w:t>Trying new things.</w:t>
      </w:r>
      <w:r>
        <w:rPr>
          <w:b w:val="0"/>
        </w:rPr>
        <w:t xml:space="preserve"> You tried a new method and told us what did and did not work. That helps all of us.</w:t>
      </w:r>
    </w:p>
    <w:p>
      <w:r>
        <w:rPr>
          <w:b/>
        </w:rPr>
        <w:t>Developing skills.</w:t>
      </w:r>
      <w:r>
        <w:rPr>
          <w:b w:val="0"/>
        </w:rPr>
        <w:t xml:space="preserve"> You have taken on [task] without needing much help. A few months ago you would have asked first.</w:t>
      </w:r>
    </w:p>
    <w:p>
      <w:pPr>
        <w:spacing w:before="240"/>
      </w:pPr>
      <w:r>
        <w:rPr>
          <w:b/>
          <w:color w:val="1F6B47"/>
          <w:sz w:val="27"/>
        </w:rPr>
        <w:t>Positive feedback examples: Attitude and support</w:t>
      </w:r>
    </w:p>
    <w:p>
      <w:r>
        <w:rPr>
          <w:b/>
        </w:rPr>
        <w:t>Positivity.</w:t>
      </w:r>
      <w:r>
        <w:rPr>
          <w:b w:val="0"/>
        </w:rPr>
        <w:t xml:space="preserve"> You bring a positive attitude to the team, especially on hard days.</w:t>
      </w:r>
    </w:p>
    <w:p>
      <w:r>
        <w:rPr>
          <w:b/>
        </w:rPr>
        <w:t>Welcoming new people.</w:t>
      </w:r>
      <w:r>
        <w:rPr>
          <w:b w:val="0"/>
        </w:rPr>
        <w:t xml:space="preserve"> You made [name] feel welcome from the first day. They have settled in quickly.</w:t>
      </w:r>
    </w:p>
    <w:p>
      <w:r>
        <w:rPr>
          <w:b/>
        </w:rPr>
        <w:t>Respect.</w:t>
      </w:r>
      <w:r>
        <w:rPr>
          <w:b w:val="0"/>
        </w:rPr>
        <w:t xml:space="preserve"> You treat everyone with respect, whatever their role.</w:t>
      </w:r>
    </w:p>
    <w:p>
      <w:r>
        <w:rPr>
          <w:b/>
        </w:rPr>
        <w:t>Encouragement.</w:t>
      </w:r>
      <w:r>
        <w:rPr>
          <w:b w:val="0"/>
        </w:rPr>
        <w:t xml:space="preserve"> Thank you for encouraging me before my presentation. It helped more than you know.</w:t>
      </w:r>
    </w:p>
    <w:p>
      <w:r>
        <w:rPr>
          <w:b/>
        </w:rPr>
        <w:t>Offering to help.</w:t>
      </w:r>
      <w:r>
        <w:rPr>
          <w:b w:val="0"/>
        </w:rPr>
        <w:t xml:space="preserve"> You always ask if anyone needs help before you leave. People notice.</w:t>
      </w:r>
    </w:p>
    <w:p>
      <w:r>
        <w:rPr>
          <w:b/>
        </w:rPr>
        <w:t>Staying constructive.</w:t>
      </w:r>
      <w:r>
        <w:rPr>
          <w:b w:val="0"/>
        </w:rPr>
        <w:t xml:space="preserve"> Even when you disagreed, you proposed a way forward. That keeps meetings useful.</w:t>
      </w:r>
    </w:p>
    <w:p>
      <w:pPr>
        <w:spacing w:before="240"/>
      </w:pPr>
      <w:r>
        <w:rPr>
          <w:b/>
          <w:color w:val="1F6B47"/>
          <w:sz w:val="27"/>
        </w:rPr>
        <w:t>Positive feedback for colleagues: Short messages</w:t>
      </w:r>
    </w:p>
    <w:p>
      <w:r>
        <w:rPr>
          <w:b/>
        </w:rPr>
        <w:t>Thanks for the help.</w:t>
      </w:r>
      <w:r>
        <w:rPr>
          <w:b w:val="0"/>
        </w:rPr>
        <w:t xml:space="preserve"> Thanks, [name]. Your help with [task] saved me an hour today.</w:t>
      </w:r>
    </w:p>
    <w:p>
      <w:r>
        <w:rPr>
          <w:b/>
        </w:rPr>
        <w:t>Quick win.</w:t>
      </w:r>
      <w:r>
        <w:rPr>
          <w:b w:val="0"/>
        </w:rPr>
        <w:t xml:space="preserve"> That was a great answer you gave the client. It settled the question.</w:t>
      </w:r>
    </w:p>
    <w:p>
      <w:r>
        <w:rPr>
          <w:b/>
        </w:rPr>
        <w:t>For being there.</w:t>
      </w:r>
      <w:r>
        <w:rPr>
          <w:b w:val="0"/>
        </w:rPr>
        <w:t xml:space="preserve"> Thank you for answering my questions this week. It made starting the new job much easier.</w:t>
      </w:r>
    </w:p>
    <w:p>
      <w:r>
        <w:rPr>
          <w:b/>
        </w:rPr>
        <w:t>For covering.</w:t>
      </w:r>
      <w:r>
        <w:rPr>
          <w:b w:val="0"/>
        </w:rPr>
        <w:t xml:space="preserve"> Thank you for covering my calls on Thursday. I know it was a busy day for you too.</w:t>
      </w:r>
    </w:p>
    <w:p>
      <w:r>
        <w:rPr>
          <w:b/>
        </w:rPr>
        <w:t>For a good idea.</w:t>
      </w:r>
      <w:r>
        <w:rPr>
          <w:b w:val="0"/>
        </w:rPr>
        <w:t xml:space="preserve"> Your idea about [topic] was the best one in the meeting. I am glad you said it.</w:t>
      </w:r>
    </w:p>
    <w:p>
      <w:r>
        <w:rPr>
          <w:b/>
        </w:rPr>
        <w:t>For sharing.</w:t>
      </w:r>
      <w:r>
        <w:rPr>
          <w:b w:val="0"/>
        </w:rPr>
        <w:t xml:space="preserve"> Thanks for sending the notes from the course. I used 2 of the ideas already.</w:t>
      </w:r>
    </w:p>
    <w:p>
      <w:pPr>
        <w:spacing w:before="240"/>
      </w:pPr>
      <w:r>
        <w:rPr>
          <w:b/>
          <w:color w:val="1F6B47"/>
          <w:sz w:val="27"/>
        </w:rPr>
        <w:t>Positive feedback for colleagues: After a project</w:t>
      </w:r>
    </w:p>
    <w:p>
      <w:r>
        <w:rPr>
          <w:b/>
        </w:rPr>
        <w:t>Thanks to the team.</w:t>
      </w:r>
      <w:r>
        <w:rPr>
          <w:b w:val="0"/>
        </w:rPr>
        <w:t xml:space="preserve"> Thank you all for [project]. [Name] kept us on schedule, [name] handled the client, and [name] fixed the problems we found at the end. I enjoyed working with you.</w:t>
      </w:r>
    </w:p>
    <w:p>
      <w:r>
        <w:rPr>
          <w:b/>
        </w:rPr>
        <w:t>Thanks to one person.</w:t>
      </w:r>
      <w:r>
        <w:rPr>
          <w:b w:val="0"/>
        </w:rPr>
        <w:t xml:space="preserve"> [Name], your work on [part of project] made the whole thing possible. I want you to know it was seen.</w:t>
      </w:r>
    </w:p>
    <w:p>
      <w:r>
        <w:rPr>
          <w:b/>
        </w:rPr>
        <w:t>Thanks for staying.</w:t>
      </w:r>
      <w:r>
        <w:rPr>
          <w:b w:val="0"/>
        </w:rPr>
        <w:t xml:space="preserve"> Thank you for staying late on Tuesday to finish [task]. We would not have made the deadline without you.</w:t>
      </w:r>
    </w:p>
    <w:p>
      <w:r>
        <w:rPr>
          <w:b/>
        </w:rPr>
        <w:t>Looking back.</w:t>
      </w:r>
      <w:r>
        <w:rPr>
          <w:b w:val="0"/>
        </w:rPr>
        <w:t xml:space="preserve"> When I look back at [project], the part that went best was [what the person did]. Thank you.</w:t>
      </w:r>
    </w:p>
    <w:p>
      <w:r>
        <w:rPr>
          <w:b/>
        </w:rPr>
        <w:t>To someone in another team.</w:t>
      </w:r>
      <w:r>
        <w:rPr>
          <w:b w:val="0"/>
        </w:rPr>
        <w:t xml:space="preserve"> Thank you to [name] in [team] for turning my request around so quickly. It let us meet the date.</w:t>
      </w:r>
    </w:p>
    <w:p>
      <w:pPr>
        <w:spacing w:before="240"/>
      </w:pPr>
      <w:r>
        <w:rPr>
          <w:b/>
          <w:color w:val="1F6B47"/>
          <w:sz w:val="27"/>
        </w:rPr>
        <w:t>Positive feedback for colleagues: For a new starter</w:t>
      </w:r>
    </w:p>
    <w:p>
      <w:r>
        <w:rPr>
          <w:b/>
        </w:rPr>
        <w:t>First week.</w:t>
      </w:r>
      <w:r>
        <w:rPr>
          <w:b w:val="0"/>
        </w:rPr>
        <w:t xml:space="preserve"> Welcome, [name]. You asked good questions in your first week, and it is already clear you will fit in.</w:t>
      </w:r>
    </w:p>
    <w:p>
      <w:r>
        <w:rPr>
          <w:b/>
        </w:rPr>
        <w:t>First month.</w:t>
      </w:r>
      <w:r>
        <w:rPr>
          <w:b w:val="0"/>
        </w:rPr>
        <w:t xml:space="preserve"> In your first month, you have picked up [task] quickly. Thank you for the care you have taken.</w:t>
      </w:r>
    </w:p>
    <w:p>
      <w:r>
        <w:rPr>
          <w:b/>
        </w:rPr>
        <w:t>Making an impression.</w:t>
      </w:r>
      <w:r>
        <w:rPr>
          <w:b w:val="0"/>
        </w:rPr>
        <w:t xml:space="preserve"> The way you handled [situation] last week impressed everyone. It was a good start.</w:t>
      </w:r>
    </w:p>
    <w:p>
      <w:pPr>
        <w:spacing w:before="240"/>
      </w:pPr>
      <w:r>
        <w:rPr>
          <w:b/>
          <w:color w:val="1F6B47"/>
          <w:sz w:val="27"/>
        </w:rPr>
        <w:t>Positive feedback for colleagues: For someone who helped you personally</w:t>
      </w:r>
    </w:p>
    <w:p>
      <w:r>
        <w:rPr>
          <w:b/>
        </w:rPr>
        <w:t>During a hard time.</w:t>
      </w:r>
      <w:r>
        <w:rPr>
          <w:b w:val="0"/>
        </w:rPr>
        <w:t xml:space="preserve"> Thank you for covering for me when I was away. I know it was extra work.</w:t>
      </w:r>
    </w:p>
    <w:p>
      <w:r>
        <w:rPr>
          <w:b/>
        </w:rPr>
        <w:t>When you were stuck.</w:t>
      </w:r>
      <w:r>
        <w:rPr>
          <w:b w:val="0"/>
        </w:rPr>
        <w:t xml:space="preserve"> I was stuck on [problem] and you showed me the way through in 10 minutes. Thank you.</w:t>
      </w:r>
    </w:p>
    <w:p>
      <w:r>
        <w:rPr>
          <w:b/>
        </w:rPr>
        <w:t>For listening.</w:t>
      </w:r>
      <w:r>
        <w:rPr>
          <w:b w:val="0"/>
        </w:rPr>
        <w:t xml:space="preserve"> Thank you for listening on Tuesday. It was helpful to talk it through with you.</w:t>
      </w:r>
    </w:p>
    <w:p>
      <w:r>
        <w:rPr>
          <w:b/>
        </w:rPr>
        <w:t>For being kind.</w:t>
      </w:r>
      <w:r>
        <w:rPr>
          <w:b w:val="0"/>
        </w:rPr>
        <w:t xml:space="preserve"> You are always willing to help when people ask. Thank you.</w:t>
      </w:r>
    </w:p>
    <w:p>
      <w:pPr>
        <w:spacing w:before="240"/>
      </w:pPr>
      <w:r>
        <w:rPr>
          <w:b/>
          <w:color w:val="1F6B47"/>
          <w:sz w:val="27"/>
        </w:rPr>
        <w:t>Positive feedback for employees: In a one-to-one</w:t>
      </w:r>
    </w:p>
    <w:p>
      <w:r>
        <w:rPr>
          <w:b/>
        </w:rPr>
        <w:t>Starting the conversation.</w:t>
      </w:r>
      <w:r>
        <w:rPr>
          <w:b w:val="0"/>
        </w:rPr>
        <w:t xml:space="preserve"> Before we start, I want to say that the way you handled [situation] last week was very good. [What they did], and [what it changed].</w:t>
      </w:r>
    </w:p>
    <w:p>
      <w:r>
        <w:rPr>
          <w:b/>
        </w:rPr>
        <w:t>Noticing growth.</w:t>
      </w:r>
      <w:r>
        <w:rPr>
          <w:b w:val="0"/>
        </w:rPr>
        <w:t xml:space="preserve"> Three months ago, [task] was difficult for you. Now you are doing it without help. I wanted to tell you I noticed.</w:t>
      </w:r>
    </w:p>
    <w:p>
      <w:r>
        <w:rPr>
          <w:b/>
        </w:rPr>
        <w:t>Naming a strength.</w:t>
      </w:r>
      <w:r>
        <w:rPr>
          <w:b w:val="0"/>
        </w:rPr>
        <w:t xml:space="preserve"> One thing you do well is [strength]. On [project], it made the difference.</w:t>
      </w:r>
    </w:p>
    <w:p>
      <w:r>
        <w:rPr>
          <w:b/>
        </w:rPr>
        <w:t>Showing trust.</w:t>
      </w:r>
      <w:r>
        <w:rPr>
          <w:b w:val="0"/>
        </w:rPr>
        <w:t xml:space="preserve"> I want to give you [responsibility]. Your handling of [situation] shows you are ready.</w:t>
      </w:r>
    </w:p>
    <w:p>
      <w:r>
        <w:rPr>
          <w:b/>
        </w:rPr>
        <w:t>After a mistake handled well.</w:t>
      </w:r>
      <w:r>
        <w:rPr>
          <w:b w:val="0"/>
        </w:rPr>
        <w:t xml:space="preserve"> The mistake was small, but the way you told me and fixed it was exactly right. Thank you.</w:t>
      </w:r>
    </w:p>
    <w:p>
      <w:r>
        <w:rPr>
          <w:b/>
        </w:rPr>
        <w:t>Asking about their plans.</w:t>
      </w:r>
      <w:r>
        <w:rPr>
          <w:b w:val="0"/>
        </w:rPr>
        <w:t xml:space="preserve"> You have done well on [task]. What would you like to do more of?</w:t>
      </w:r>
    </w:p>
    <w:p>
      <w:pPr>
        <w:spacing w:before="240"/>
      </w:pPr>
      <w:r>
        <w:rPr>
          <w:b/>
          <w:color w:val="1F6B47"/>
          <w:sz w:val="27"/>
        </w:rPr>
        <w:t>Positive feedback for employees: In a written message</w:t>
      </w:r>
    </w:p>
    <w:p>
      <w:r>
        <w:rPr>
          <w:b/>
        </w:rPr>
        <w:t>After a task.</w:t>
      </w:r>
      <w:r>
        <w:rPr>
          <w:b w:val="0"/>
        </w:rPr>
        <w:t xml:space="preserve"> [Name], thank you for [task]. It was [on time, accurate, thorough], and it let us [result].</w:t>
      </w:r>
    </w:p>
    <w:p>
      <w:r>
        <w:rPr>
          <w:b/>
        </w:rPr>
        <w:t>After a good meeting.</w:t>
      </w:r>
      <w:r>
        <w:rPr>
          <w:b w:val="0"/>
        </w:rPr>
        <w:t xml:space="preserve"> Your point in today's meeting about [topic] changed the decision. Thank you for raising it.</w:t>
      </w:r>
    </w:p>
    <w:p>
      <w:r>
        <w:rPr>
          <w:b/>
        </w:rPr>
        <w:t>After a busy period.</w:t>
      </w:r>
      <w:r>
        <w:rPr>
          <w:b w:val="0"/>
        </w:rPr>
        <w:t xml:space="preserve"> The last 2 weeks were hard, and you kept going without losing quality. I appreciate it.</w:t>
      </w:r>
    </w:p>
    <w:p>
      <w:r>
        <w:rPr>
          <w:b/>
        </w:rPr>
        <w:t>For a quiet contribution.</w:t>
      </w:r>
      <w:r>
        <w:rPr>
          <w:b w:val="0"/>
        </w:rPr>
        <w:t xml:space="preserve"> I do not always say it, but the way you keep [process] running makes everyone's work easier.</w:t>
      </w:r>
    </w:p>
    <w:p>
      <w:r>
        <w:rPr>
          <w:b/>
        </w:rPr>
        <w:t>Copying a senior leader.</w:t>
      </w:r>
      <w:r>
        <w:rPr>
          <w:b w:val="0"/>
        </w:rPr>
        <w:t xml:space="preserve"> [Name] has done excellent work on [project]. I am copying you in so you can see it.</w:t>
      </w:r>
    </w:p>
    <w:p>
      <w:r>
        <w:rPr>
          <w:b/>
        </w:rPr>
        <w:t>After a customer compliment.</w:t>
      </w:r>
      <w:r>
        <w:rPr>
          <w:b w:val="0"/>
        </w:rPr>
        <w:t xml:space="preserve"> A customer wrote about you today. I am forwarding it with thanks. The words are theirs.</w:t>
      </w:r>
    </w:p>
    <w:p>
      <w:pPr>
        <w:spacing w:before="240"/>
      </w:pPr>
      <w:r>
        <w:rPr>
          <w:b/>
          <w:color w:val="1F6B47"/>
          <w:sz w:val="27"/>
        </w:rPr>
        <w:t>Positive feedback for employees: In a team meeting</w:t>
      </w:r>
    </w:p>
    <w:p>
      <w:r>
        <w:rPr>
          <w:b/>
        </w:rPr>
        <w:t>Naming a person.</w:t>
      </w:r>
      <w:r>
        <w:rPr>
          <w:b w:val="0"/>
        </w:rPr>
        <w:t xml:space="preserve"> I want to thank [name] for [what they did]. It saved us [result].</w:t>
      </w:r>
    </w:p>
    <w:p>
      <w:r>
        <w:rPr>
          <w:b/>
        </w:rPr>
        <w:t>Naming a team.</w:t>
      </w:r>
      <w:r>
        <w:rPr>
          <w:b w:val="0"/>
        </w:rPr>
        <w:t xml:space="preserve"> The [team] finished [project] 2 weeks early. Each of you did your part, and I am grateful.</w:t>
      </w:r>
    </w:p>
    <w:p>
      <w:r>
        <w:rPr>
          <w:b/>
        </w:rPr>
        <w:t>Naming a behavior.</w:t>
      </w:r>
      <w:r>
        <w:rPr>
          <w:b w:val="0"/>
        </w:rPr>
        <w:t xml:space="preserve"> I want to point out something good: when [name] disagreed with the plan, they said so politely and offered another one. That is what we want in this team.</w:t>
      </w:r>
    </w:p>
    <w:p>
      <w:r>
        <w:rPr>
          <w:b/>
        </w:rPr>
        <w:t>Passing on feedback.</w:t>
      </w:r>
      <w:r>
        <w:rPr>
          <w:b w:val="0"/>
        </w:rPr>
        <w:t xml:space="preserve"> The client said [quote]. That is down to the work of [names].</w:t>
      </w:r>
    </w:p>
    <w:p>
      <w:r>
        <w:rPr>
          <w:b/>
        </w:rPr>
        <w:t>Marking a milestone.</w:t>
      </w:r>
      <w:r>
        <w:rPr>
          <w:b w:val="0"/>
        </w:rPr>
        <w:t xml:space="preserve"> It is 1 year since [name] joined. In that time, they have [what they did].</w:t>
      </w:r>
    </w:p>
    <w:p>
      <w:r>
        <w:rPr>
          <w:b/>
        </w:rPr>
        <w:t>Setting an example.</w:t>
      </w:r>
      <w:r>
        <w:rPr>
          <w:b w:val="0"/>
        </w:rPr>
        <w:t xml:space="preserve"> [Name] showed what it looks like to help a colleague in difficulty. Thank you.</w:t>
      </w:r>
    </w:p>
    <w:p>
      <w:pPr>
        <w:spacing w:before="240"/>
      </w:pPr>
      <w:r>
        <w:rPr>
          <w:b/>
          <w:color w:val="1F6B47"/>
          <w:sz w:val="27"/>
        </w:rPr>
        <w:t>Positive feedback for employees: For specific situations</w:t>
      </w:r>
    </w:p>
    <w:p>
      <w:r>
        <w:rPr>
          <w:b/>
        </w:rPr>
        <w:t>When someone is new.</w:t>
      </w:r>
      <w:r>
        <w:rPr>
          <w:b w:val="0"/>
        </w:rPr>
        <w:t xml:space="preserve"> You have been here a few weeks, and you are already doing [task] well. Welcome.</w:t>
      </w:r>
    </w:p>
    <w:p>
      <w:r>
        <w:rPr>
          <w:b/>
        </w:rPr>
        <w:t>When someone is struggling but trying.</w:t>
      </w:r>
      <w:r>
        <w:rPr>
          <w:b w:val="0"/>
        </w:rPr>
        <w:t xml:space="preserve"> I know this has been hard. I can see how much effort you are putting in, and it is working.</w:t>
      </w:r>
    </w:p>
    <w:p>
      <w:r>
        <w:rPr>
          <w:b/>
        </w:rPr>
        <w:t>After a promotion decision.</w:t>
      </w:r>
      <w:r>
        <w:rPr>
          <w:b w:val="0"/>
        </w:rPr>
        <w:t xml:space="preserve"> You did not get the role this time, and I want you to know your work on [project] was noticed. Here is what would help next time.</w:t>
      </w:r>
    </w:p>
    <w:p>
      <w:r>
        <w:rPr>
          <w:b/>
        </w:rPr>
        <w:t>When someone takes on extra.</w:t>
      </w:r>
      <w:r>
        <w:rPr>
          <w:b w:val="0"/>
        </w:rPr>
        <w:t xml:space="preserve"> Thank you for covering [extra work]. I will make sure it is recognized.</w:t>
      </w:r>
    </w:p>
    <w:p>
      <w:r>
        <w:rPr>
          <w:b/>
        </w:rPr>
        <w:t>After a long project.</w:t>
      </w:r>
      <w:r>
        <w:rPr>
          <w:b w:val="0"/>
        </w:rPr>
        <w:t xml:space="preserve"> Thank you for [long project]. It took months, and you stayed with it.</w:t>
      </w:r>
    </w:p>
    <w:p>
      <w:r>
        <w:rPr>
          <w:b/>
        </w:rPr>
        <w:t>When someone goes first.</w:t>
      </w:r>
      <w:r>
        <w:rPr>
          <w:b w:val="0"/>
        </w:rPr>
        <w:t xml:space="preserve"> Thank you for being the first to try the new process. It showed the rest of us it could be done.</w:t>
      </w:r>
    </w:p>
    <w:p>
      <w:pPr>
        <w:spacing w:before="240"/>
      </w:pPr>
      <w:r>
        <w:rPr>
          <w:b/>
          <w:color w:val="1F6B47"/>
          <w:sz w:val="27"/>
        </w:rPr>
        <w:t>Positive feedback for your manager: Support and trust</w:t>
      </w:r>
    </w:p>
    <w:p>
      <w:r>
        <w:rPr>
          <w:b/>
        </w:rPr>
        <w:t>Backing you up.</w:t>
      </w:r>
      <w:r>
        <w:rPr>
          <w:b w:val="0"/>
        </w:rPr>
        <w:t xml:space="preserve"> Thank you for supporting me in the meeting with [name]. It meant a lot to me that you spoke up.</w:t>
      </w:r>
    </w:p>
    <w:p>
      <w:r>
        <w:rPr>
          <w:b/>
        </w:rPr>
        <w:t>Giving space.</w:t>
      </w:r>
      <w:r>
        <w:rPr>
          <w:b w:val="0"/>
        </w:rPr>
        <w:t xml:space="preserve"> Thank you for trusting me to handle [project] by myself. It helped me grow.</w:t>
      </w:r>
    </w:p>
    <w:p>
      <w:r>
        <w:rPr>
          <w:b/>
        </w:rPr>
        <w:t>Standing up for the team.</w:t>
      </w:r>
      <w:r>
        <w:rPr>
          <w:b w:val="0"/>
        </w:rPr>
        <w:t xml:space="preserve"> You protected the team's time during the busy period. We all noticed.</w:t>
      </w:r>
    </w:p>
    <w:p>
      <w:r>
        <w:rPr>
          <w:b/>
        </w:rPr>
        <w:t>Being fair.</w:t>
      </w:r>
      <w:r>
        <w:rPr>
          <w:b w:val="0"/>
        </w:rPr>
        <w:t xml:space="preserve"> You treat everyone on the team the same way. It makes this a good place to work.</w:t>
      </w:r>
    </w:p>
    <w:p>
      <w:pPr>
        <w:spacing w:before="240"/>
      </w:pPr>
      <w:r>
        <w:rPr>
          <w:b/>
          <w:color w:val="1F6B47"/>
          <w:sz w:val="27"/>
        </w:rPr>
        <w:t>Positive feedback for your manager: Clarity and direction</w:t>
      </w:r>
    </w:p>
    <w:p>
      <w:r>
        <w:rPr>
          <w:b/>
        </w:rPr>
        <w:t>Setting priorities.</w:t>
      </w:r>
      <w:r>
        <w:rPr>
          <w:b w:val="0"/>
        </w:rPr>
        <w:t xml:space="preserve"> The priorities you set for this quarter are clear. I always know what to work on first.</w:t>
      </w:r>
    </w:p>
    <w:p>
      <w:r>
        <w:rPr>
          <w:b/>
        </w:rPr>
        <w:t>Explaining decisions.</w:t>
      </w:r>
      <w:r>
        <w:rPr>
          <w:b w:val="0"/>
        </w:rPr>
        <w:t xml:space="preserve"> Thank you for explaining the reasons for the change. It helped me understand it.</w:t>
      </w:r>
    </w:p>
    <w:p>
      <w:r>
        <w:rPr>
          <w:b/>
        </w:rPr>
        <w:t>Giving context.</w:t>
      </w:r>
      <w:r>
        <w:rPr>
          <w:b w:val="0"/>
        </w:rPr>
        <w:t xml:space="preserve"> When you give me a task, you tell me why it matters. That helps me do it better.</w:t>
      </w:r>
    </w:p>
    <w:p>
      <w:r>
        <w:rPr>
          <w:b/>
        </w:rPr>
        <w:t>Saying no.</w:t>
      </w:r>
      <w:r>
        <w:rPr>
          <w:b w:val="0"/>
        </w:rPr>
        <w:t xml:space="preserve"> Thank you for saying no to [request]. It kept us focused.</w:t>
      </w:r>
    </w:p>
    <w:p>
      <w:pPr>
        <w:spacing w:before="240"/>
      </w:pPr>
      <w:r>
        <w:rPr>
          <w:b/>
          <w:color w:val="1F6B47"/>
          <w:sz w:val="27"/>
        </w:rPr>
        <w:t>Positive feedback for your manager: Feedback and development</w:t>
      </w:r>
    </w:p>
    <w:p>
      <w:r>
        <w:rPr>
          <w:b/>
        </w:rPr>
        <w:t>Useful feedback.</w:t>
      </w:r>
      <w:r>
        <w:rPr>
          <w:b w:val="0"/>
        </w:rPr>
        <w:t xml:space="preserve"> Your feedback on [task] was specific, and I used it straight away. Thank you.</w:t>
      </w:r>
    </w:p>
    <w:p>
      <w:r>
        <w:rPr>
          <w:b/>
        </w:rPr>
        <w:t>Supporting growth.</w:t>
      </w:r>
      <w:r>
        <w:rPr>
          <w:b w:val="0"/>
        </w:rPr>
        <w:t xml:space="preserve"> Thank you for supporting my training on [topic]. I am using what I learned.</w:t>
      </w:r>
    </w:p>
    <w:p>
      <w:r>
        <w:rPr>
          <w:b/>
        </w:rPr>
        <w:t>Giving opportunities.</w:t>
      </w:r>
      <w:r>
        <w:rPr>
          <w:b w:val="0"/>
        </w:rPr>
        <w:t xml:space="preserve"> Thank you for giving me the chance to present to the leadership team. It was a big step for me.</w:t>
      </w:r>
    </w:p>
    <w:p>
      <w:r>
        <w:rPr>
          <w:b/>
        </w:rPr>
        <w:t>Time for me.</w:t>
      </w:r>
      <w:r>
        <w:rPr>
          <w:b w:val="0"/>
        </w:rPr>
        <w:t xml:space="preserve"> Our one-to-ones are useful. You listen, and I leave with something to do.</w:t>
      </w:r>
    </w:p>
    <w:p>
      <w:pPr>
        <w:spacing w:before="240"/>
      </w:pPr>
      <w:r>
        <w:rPr>
          <w:b/>
          <w:color w:val="1F6B47"/>
          <w:sz w:val="27"/>
        </w:rPr>
        <w:t>Positive feedback for your manager: Character</w:t>
      </w:r>
    </w:p>
    <w:p>
      <w:r>
        <w:rPr>
          <w:b/>
        </w:rPr>
        <w:t>Honesty.</w:t>
      </w:r>
      <w:r>
        <w:rPr>
          <w:b w:val="0"/>
        </w:rPr>
        <w:t xml:space="preserve"> Thank you for being honest with us about the situation. It helped us trust you.</w:t>
      </w:r>
    </w:p>
    <w:p>
      <w:r>
        <w:rPr>
          <w:b/>
        </w:rPr>
        <w:t>Respect.</w:t>
      </w:r>
      <w:r>
        <w:rPr>
          <w:b w:val="0"/>
        </w:rPr>
        <w:t xml:space="preserve"> You treat people with respect, even when you disagree.</w:t>
      </w:r>
    </w:p>
    <w:p>
      <w:r>
        <w:rPr>
          <w:b/>
        </w:rPr>
        <w:t>Owning mistakes.</w:t>
      </w:r>
      <w:r>
        <w:rPr>
          <w:b w:val="0"/>
        </w:rPr>
        <w:t xml:space="preserve"> When the plan went wrong, you said so and took responsibility. It set a good example.</w:t>
      </w:r>
    </w:p>
    <w:p>
      <w:pPr>
        <w:spacing w:before="280"/>
      </w:pPr>
      <w:r>
        <w:rPr>
          <w:b w:val="0"/>
          <w:color w:val="666666"/>
          <w:sz w:val="18"/>
        </w:rPr>
        <w:t>More free templates and examples: positivefeedbackexamples.com/free-downloads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66666"/>
        <w:sz w:val="16"/>
      </w:rPr>
      <w:t>Free template from positivefeedbackexamples.com/free-downloads · Published by thrive at work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Positive feedback examples</dc:title>
  <dc:subject/>
  <dc:creator>thrive at work</dc:creator>
  <cp:keywords/>
  <dc:description>Free template from positivefeedbackexamples.com/free-downloads · Published by thrive at work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