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6B47"/>
          <w:sz w:val="40"/>
        </w:rPr>
        <w:t>Self-evaluation template</w:t>
      </w:r>
    </w:p>
    <w:p>
      <w:r>
        <w:rPr>
          <w:b w:val="0"/>
          <w:color w:val="555555"/>
          <w:sz w:val="22"/>
        </w:rPr>
        <w:t>Fill this in before your performance review. Use facts: what you did, what changed, and how you know.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Name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Role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Review period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Manager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40"/>
      </w:pPr>
      <w:r>
        <w:rPr>
          <w:b/>
          <w:color w:val="1F6B47"/>
          <w:sz w:val="27"/>
        </w:rPr>
        <w:t>1. My main results this period</w:t>
      </w:r>
    </w:p>
    <w:p>
      <w:r>
        <w:rPr>
          <w:b w:val="0"/>
        </w:rPr>
        <w:t>List 3. For each: what you did, what changed, how you know.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2. How I worked with others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3. What I learned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4. What was hard, and what I would do differently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1F6B47"/>
          <w:sz w:val="27"/>
        </w:rPr>
        <w:t>5. Goals for next period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1f6b47"/>
          </w:tcPr>
          <w:p>
            <w:r>
              <w:rPr>
                <w:b/>
                <w:color w:val="FFFFFF"/>
                <w:sz w:val="19"/>
              </w:rPr>
              <w:t>Goal</w:t>
            </w:r>
          </w:p>
        </w:tc>
        <w:tc>
          <w:tcPr>
            <w:tcW w:type="dxa" w:w="3249"/>
            <w:shd w:val="clear" w:color="auto" w:fill="1f6b47"/>
          </w:tcPr>
          <w:p>
            <w:r>
              <w:rPr>
                <w:b/>
                <w:color w:val="FFFFFF"/>
                <w:sz w:val="19"/>
              </w:rPr>
              <w:t>How I will measure it</w:t>
            </w:r>
          </w:p>
        </w:tc>
        <w:tc>
          <w:tcPr>
            <w:tcW w:type="dxa" w:w="3249"/>
            <w:shd w:val="clear" w:color="auto" w:fill="1f6b47"/>
          </w:tcPr>
          <w:p>
            <w:r>
              <w:rPr>
                <w:b/>
                <w:color w:val="FFFFFF"/>
                <w:sz w:val="19"/>
              </w:rPr>
              <w:t>Support I need</w:t>
            </w:r>
          </w:p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/>
    <w:p>
      <w:r>
        <w:br w:type="page"/>
      </w:r>
    </w:p>
    <w:p>
      <w:r>
        <w:rPr>
          <w:b w:val="0"/>
          <w:color w:val="555555"/>
          <w:sz w:val="22"/>
        </w:rPr>
        <w:t>Fill in the [brackets] with your own facts.</w:t>
      </w:r>
    </w:p>
    <w:p>
      <w:pPr>
        <w:spacing w:before="240"/>
      </w:pPr>
      <w:r>
        <w:rPr>
          <w:b/>
          <w:color w:val="1F6B47"/>
          <w:sz w:val="27"/>
        </w:rPr>
        <w:t>Results and achievements</w:t>
      </w:r>
    </w:p>
    <w:p>
      <w:r>
        <w:rPr>
          <w:b/>
        </w:rPr>
        <w:t>A result.</w:t>
      </w:r>
      <w:r>
        <w:rPr>
          <w:b w:val="0"/>
        </w:rPr>
        <w:t xml:space="preserve"> This year I delivered [project], which [result for the team or customer]. I did this by [what you did].</w:t>
      </w:r>
    </w:p>
    <w:p>
      <w:r>
        <w:rPr>
          <w:b/>
        </w:rPr>
        <w:t>A goal met.</w:t>
      </w:r>
      <w:r>
        <w:rPr>
          <w:b w:val="0"/>
        </w:rPr>
        <w:t xml:space="preserve"> I met my goal of [goal]. The part I am most pleased with is [detail].</w:t>
      </w:r>
    </w:p>
    <w:p>
      <w:r>
        <w:rPr>
          <w:b/>
        </w:rPr>
        <w:t>A goal missed.</w:t>
      </w:r>
      <w:r>
        <w:rPr>
          <w:b w:val="0"/>
        </w:rPr>
        <w:t xml:space="preserve"> I did not meet my goal of [goal]. The main reason was [reason], and next time I will [change].</w:t>
      </w:r>
    </w:p>
    <w:p>
      <w:r>
        <w:rPr>
          <w:b/>
        </w:rPr>
        <w:t>A process improved.</w:t>
      </w:r>
      <w:r>
        <w:rPr>
          <w:b w:val="0"/>
        </w:rPr>
        <w:t xml:space="preserve"> I changed how we handle [task]. It now takes [time] instead of [time].</w:t>
      </w:r>
    </w:p>
    <w:p>
      <w:r>
        <w:rPr>
          <w:b/>
        </w:rPr>
        <w:t>Work beyond the role.</w:t>
      </w:r>
      <w:r>
        <w:rPr>
          <w:b w:val="0"/>
        </w:rPr>
        <w:t xml:space="preserve"> I also took on [extra work] when [reason], and completed it by [date].</w:t>
      </w:r>
    </w:p>
    <w:p>
      <w:pPr>
        <w:spacing w:before="240"/>
      </w:pPr>
      <w:r>
        <w:rPr>
          <w:b/>
          <w:color w:val="1F6B47"/>
          <w:sz w:val="27"/>
        </w:rPr>
        <w:t>Teamwork</w:t>
      </w:r>
    </w:p>
    <w:p>
      <w:r>
        <w:rPr>
          <w:b/>
        </w:rPr>
        <w:t>Helping others.</w:t>
      </w:r>
      <w:r>
        <w:rPr>
          <w:b w:val="0"/>
        </w:rPr>
        <w:t xml:space="preserve"> I helped [colleague] with [task] when they were short of time. The team finished [project] on schedule.</w:t>
      </w:r>
    </w:p>
    <w:p>
      <w:r>
        <w:rPr>
          <w:b/>
        </w:rPr>
        <w:t>Working across teams.</w:t>
      </w:r>
      <w:r>
        <w:rPr>
          <w:b w:val="0"/>
        </w:rPr>
        <w:t xml:space="preserve"> I worked with [team] on [project]. I set up a weekly call that stopped the delays between us.</w:t>
      </w:r>
    </w:p>
    <w:p>
      <w:r>
        <w:rPr>
          <w:b/>
        </w:rPr>
        <w:t>Sharing knowledge.</w:t>
      </w:r>
      <w:r>
        <w:rPr>
          <w:b w:val="0"/>
        </w:rPr>
        <w:t xml:space="preserve"> I ran a short session for the team on [topic]. People have been using [what they learned] since.</w:t>
      </w:r>
    </w:p>
    <w:p>
      <w:r>
        <w:rPr>
          <w:b/>
        </w:rPr>
        <w:t>Supporting a new starter.</w:t>
      </w:r>
      <w:r>
        <w:rPr>
          <w:b w:val="0"/>
        </w:rPr>
        <w:t xml:space="preserve"> I supported [name] during their first month, and they are now working on their own.</w:t>
      </w:r>
    </w:p>
    <w:p>
      <w:r>
        <w:rPr>
          <w:b/>
        </w:rPr>
        <w:t>Taking feedback.</w:t>
      </w:r>
      <w:r>
        <w:rPr>
          <w:b w:val="0"/>
        </w:rPr>
        <w:t xml:space="preserve"> [Name] told me my updates were too long. I now send a 3-line summary and attach the detail.</w:t>
      </w:r>
    </w:p>
    <w:p>
      <w:pPr>
        <w:spacing w:before="240"/>
      </w:pPr>
      <w:r>
        <w:rPr>
          <w:b/>
          <w:color w:val="1F6B47"/>
          <w:sz w:val="27"/>
        </w:rPr>
        <w:t>Communication</w:t>
      </w:r>
    </w:p>
    <w:p>
      <w:r>
        <w:rPr>
          <w:b/>
        </w:rPr>
        <w:t>Clarity.</w:t>
      </w:r>
      <w:r>
        <w:rPr>
          <w:b w:val="0"/>
        </w:rPr>
        <w:t xml:space="preserve"> I have worked on making my updates short. Colleagues have told me they are easier to read.</w:t>
      </w:r>
    </w:p>
    <w:p>
      <w:r>
        <w:rPr>
          <w:b/>
        </w:rPr>
        <w:t>A hard conversation.</w:t>
      </w:r>
      <w:r>
        <w:rPr>
          <w:b w:val="0"/>
        </w:rPr>
        <w:t xml:space="preserve"> I raised the problem with [issue] early, and we found a solution before it affected the customer.</w:t>
      </w:r>
    </w:p>
    <w:p>
      <w:r>
        <w:rPr>
          <w:b/>
        </w:rPr>
        <w:t>Presenting.</w:t>
      </w:r>
      <w:r>
        <w:rPr>
          <w:b w:val="0"/>
        </w:rPr>
        <w:t xml:space="preserve"> I presented [topic] to [audience]. I prepared 3 slides, and the group made a decision in the meeting.</w:t>
      </w:r>
    </w:p>
    <w:p>
      <w:r>
        <w:rPr>
          <w:b/>
        </w:rPr>
        <w:t>Listening.</w:t>
      </w:r>
      <w:r>
        <w:rPr>
          <w:b w:val="0"/>
        </w:rPr>
        <w:t xml:space="preserve"> I have made a habit of asking a question before giving my view in meetings.</w:t>
      </w:r>
    </w:p>
    <w:p>
      <w:r>
        <w:rPr>
          <w:b/>
        </w:rPr>
        <w:t>Customers.</w:t>
      </w:r>
      <w:r>
        <w:rPr>
          <w:b w:val="0"/>
        </w:rPr>
        <w:t xml:space="preserve"> I handled [number] customer queries a week and received [feedback].</w:t>
      </w:r>
    </w:p>
    <w:p>
      <w:pPr>
        <w:spacing w:before="240"/>
      </w:pPr>
      <w:r>
        <w:rPr>
          <w:b/>
          <w:color w:val="1F6B47"/>
          <w:sz w:val="27"/>
        </w:rPr>
        <w:t>Learning and development</w:t>
      </w:r>
    </w:p>
    <w:p>
      <w:r>
        <w:rPr>
          <w:b/>
        </w:rPr>
        <w:t>A new skill.</w:t>
      </w:r>
      <w:r>
        <w:rPr>
          <w:b w:val="0"/>
        </w:rPr>
        <w:t xml:space="preserve"> I learned [skill] this year by [course or practice], and I now use it for [task].</w:t>
      </w:r>
    </w:p>
    <w:p>
      <w:r>
        <w:rPr>
          <w:b/>
        </w:rPr>
        <w:t>From a mistake.</w:t>
      </w:r>
      <w:r>
        <w:rPr>
          <w:b w:val="0"/>
        </w:rPr>
        <w:t xml:space="preserve"> I made an error in [task]. I told my manager the same day, we fixed it, and I added a check to stop it happening again.</w:t>
      </w:r>
    </w:p>
    <w:p>
      <w:r>
        <w:rPr>
          <w:b/>
        </w:rPr>
        <w:t>From feedback.</w:t>
      </w:r>
      <w:r>
        <w:rPr>
          <w:b w:val="0"/>
        </w:rPr>
        <w:t xml:space="preserve"> I asked [name] for feedback on [work]. Their advice on [point] changed how I do [task].</w:t>
      </w:r>
    </w:p>
    <w:p>
      <w:r>
        <w:rPr>
          <w:b/>
        </w:rPr>
        <w:t>Stretching.</w:t>
      </w:r>
      <w:r>
        <w:rPr>
          <w:b w:val="0"/>
        </w:rPr>
        <w:t xml:space="preserve"> I took on [harder task] for the first time. It was difficult at first, and by the end I could do it without help.</w:t>
      </w:r>
    </w:p>
    <w:p>
      <w:r>
        <w:rPr>
          <w:b/>
        </w:rPr>
        <w:t>What I want to learn.</w:t>
      </w:r>
      <w:r>
        <w:rPr>
          <w:b w:val="0"/>
        </w:rPr>
        <w:t xml:space="preserve"> Next year I would like to learn [skill], because it would help me [reason].</w:t>
      </w:r>
    </w:p>
    <w:p>
      <w:pPr>
        <w:spacing w:before="240"/>
      </w:pPr>
      <w:r>
        <w:rPr>
          <w:b/>
          <w:color w:val="1F6B47"/>
          <w:sz w:val="27"/>
        </w:rPr>
        <w:t>Goals for next year</w:t>
      </w:r>
    </w:p>
    <w:p>
      <w:r>
        <w:rPr>
          <w:b/>
        </w:rPr>
        <w:t>A specific goal.</w:t>
      </w:r>
      <w:r>
        <w:rPr>
          <w:b w:val="0"/>
        </w:rPr>
        <w:t xml:space="preserve"> My main goal for next year is [goal], which I will measure by [measure].</w:t>
      </w:r>
    </w:p>
    <w:p>
      <w:r>
        <w:rPr>
          <w:b/>
        </w:rPr>
        <w:t>Support needed.</w:t>
      </w:r>
      <w:r>
        <w:rPr>
          <w:b w:val="0"/>
        </w:rPr>
        <w:t xml:space="preserve"> To do this, I would like [training, time or access].</w:t>
      </w:r>
    </w:p>
    <w:p>
      <w:r>
        <w:rPr>
          <w:b/>
        </w:rPr>
        <w:t>A stretch goal.</w:t>
      </w:r>
      <w:r>
        <w:rPr>
          <w:b w:val="0"/>
        </w:rPr>
        <w:t xml:space="preserve"> I would like to lead [project] by [date].</w:t>
      </w:r>
    </w:p>
    <w:p>
      <w:r>
        <w:rPr>
          <w:b/>
        </w:rPr>
        <w:t>A habit.</w:t>
      </w:r>
      <w:r>
        <w:rPr>
          <w:b w:val="0"/>
        </w:rPr>
        <w:t xml:space="preserve"> I will ask for feedback every month instead of once a year.</w:t>
      </w:r>
    </w:p>
    <w:p>
      <w:r>
        <w:rPr>
          <w:b/>
        </w:rPr>
        <w:t>Team contribution.</w:t>
      </w:r>
      <w:r>
        <w:rPr>
          <w:b w:val="0"/>
        </w:rPr>
        <w:t xml:space="preserve"> I would like to help [new starter or team] with [task].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positivefeedbackexamples.com/free-downloads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positivefeedbackexamples.com/free-downloads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Self-evaluation template</dc:title>
  <dc:subject/>
  <dc:creator>thrive at work</dc:creator>
  <cp:keywords/>
  <dc:description>Free template from positivefeedbackexamples.com/free-downloads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